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R19: фактическая локальная проверка</w:t>
      </w:r>
    </w:p>
    <w:p>
      <w:r>
        <w:t>Контроль правил метаданных и точных условных фактов; ни поиска по embeddings, ни генерации LLM.</w:t>
      </w:r>
    </w:p>
    <w:p>
      <w:r>
        <w:t>| Вопрос | Источники | Статус | Источник OK | Ответ OK | Ожидание совпало |</w:t>
      </w:r>
    </w:p>
    <w:p>
      <w:r>
        <w:t>|---|---|---|---|---|---|</w:t>
      </w:r>
    </w:p>
    <w:p>
      <w:r>
        <w:t>| FAKE_Q01 | FAKE_DELIVERY_V2 | ANSWER | True | True | True |</w:t>
      </w:r>
    </w:p>
    <w:p>
      <w:r>
        <w:t>| FAKE_Q02 | FAKE_DELIVERY_V1 | ANSWER | True | True | True |</w:t>
      </w:r>
    </w:p>
    <w:p>
      <w:r>
        <w:t>| FAKE_Q03 | FAKE_DELIVERY_V2 | ANSWER | True | True | True |</w:t>
      </w:r>
    </w:p>
    <w:p>
      <w:r>
        <w:t>| FAKE_Q04 | — | REFUSE | True | True | True |</w:t>
      </w:r>
    </w:p>
    <w:p>
      <w:r>
        <w:t>| FAKE_Q05 | FAKE_DELIVERY_V3 | ANSWER | True | True | True |</w:t>
      </w:r>
    </w:p>
    <w:p>
      <w:r>
        <w:t>| FAKE_Q06 | FAKE_DELIVERY_V2 | ANSWER | True | True | True |</w:t>
      </w:r>
    </w:p>
    <w:p>
      <w:r>
        <w:t>| FAKE_Q07 | — | REFUSE | True | True | True |</w:t>
      </w:r>
    </w:p>
    <w:p>
      <w:r>
        <w:t>| FAKE_Q08 | FAKE_COMMERCIAL_V1 | ANSWER | True | True | True |</w:t>
      </w:r>
    </w:p>
    <w:p>
      <w:r>
        <w:t>| FAKE_Q09 | — | REFUSE | True | True | True |</w:t>
      </w:r>
    </w:p>
    <w:p>
      <w:r>
        <w:t>| FAKE_Q10 | — | REFUSE | True | True | True |</w:t>
      </w:r>
    </w:p>
    <w:p>
      <w:r>
        <w:t>| FAKE_Q11 | FAKE_CONFLICT_A, FAKE_CONFLICT_B | CONFLICT | True | True | True |</w:t>
      </w:r>
    </w:p>
    <w:p>
      <w:r>
        <w:t>| FAKE_Q12 | FAKE_DELIVERY_V2 | ANSWER | True | True | True |</w:t>
      </w:r>
    </w:p>
    <w:p>
      <w:r>
        <w:t>| FAKE_Q13 | — | REFUSE | True | True | True |</w:t>
      </w:r>
    </w:p>
    <w:p>
      <w:r>
        <w:t>| FAKE_Q14 | — | REFUSE | True | True | True |</w:t>
      </w:r>
    </w:p>
    <w:p>
      <w:r>
        <w:t>| FAKE_Q15 | — | REFUSE | True | True | True |</w:t>
      </w:r>
    </w:p>
    <w:p>
      <w:r>
        <w:t>| FAKE_Q16 | — | REFUSE | True | True | True |</w:t>
      </w:r>
    </w:p>
    <w:p>
      <w:r>
        <w:t>| FAKE_Q17 | — | REFUSE | True | True | True |</w:t>
      </w:r>
    </w:p>
    <w:p>
      <w:r>
        <w:t>| FAKE_Q18 | FAKE_DELIVERY_V2 | ANSWER | True | False | True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