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Проверка учебных правил</w:t>
      </w:r>
    </w:p>
    <w:p>
      <w:r>
        <w:t>Ни сотрудников, ни обязательное обучение не оценивали. Допуск не выдавали. Проверены заранее написанные ответы и статусы вымышленных профилей.</w:t>
      </w:r>
    </w:p>
    <w:p>
      <w:r>
        <w:t>Исполнение: 2026-10-11T05:29:43.976404+00:00; Python 3.12.14. Совпали9/9.</w:t>
      </w:r>
    </w:p>
    <w:p>
      <w:r>
        <w:t>| Профиль | Задач правильно | Критических ошибок | Статус |</w:t>
      </w:r>
    </w:p>
    <w:p>
      <w:r>
        <w:t>|---|---:|---:|---|</w:t>
      </w:r>
    </w:p>
    <w:p>
      <w:r>
        <w:t>| P01 | 5/5 | 0 | READY_FOR_MANAGER_REVIEW |</w:t>
      </w:r>
    </w:p>
    <w:p>
      <w:r>
        <w:t>| P02 | 5/5 | 0 | READY_FOR_MANAGER_REVIEW |</w:t>
      </w:r>
    </w:p>
    <w:p>
      <w:r>
        <w:t>| N01 | 4/5 | 1 | RETRAIN_CRITICAL |</w:t>
      </w:r>
    </w:p>
    <w:p>
      <w:r>
        <w:t>| N02 | 4/5 | 0 | RETRAIN_TASKS |</w:t>
      </w:r>
    </w:p>
    <w:p>
      <w:r>
        <w:t>| N03 | 5/5 | 0 | RECHECK_VERSION |</w:t>
      </w:r>
    </w:p>
    <w:p>
      <w:r>
        <w:t>| N04 | 5/5 | 0 | WAIT_REQUIRED_PROCEDURES_REVIEW |</w:t>
      </w:r>
    </w:p>
    <w:p>
      <w:r>
        <w:t>| N05 | 5/5 | 0 | WAIT_ACCESS_REVIEW |</w:t>
      </w:r>
    </w:p>
    <w:p>
      <w:r>
        <w:t>| N06 | 0/5 | 0 | WAIT_TASK_EVIDENCE |</w:t>
      </w:r>
    </w:p>
    <w:p>
      <w:r>
        <w:t>| N07 | 4/5 | 0 | WAIT_TASK_EVIDENCE |</w:t>
      </w:r>
    </w:p>
    <w:p>
      <w:r>
        <w:t>READY_FOR_MANAGER_REVIEW — только готовность к решению руководителя в учебной модели. Не допуск к работе.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