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Исполненная локальная проверка</w:t>
      </w:r>
    </w:p>
    <w:p>
      <w:r>
        <w:t>Вымышленные данные; SQLite, не экспорт Битрикс24. Человеческая правовая проверка и отзыв прав представлены учебными отметками, не выполнены в реальном сервисе.</w:t>
      </w:r>
    </w:p>
    <w:p>
      <w:r>
        <w:t>Исполнено 2026-10-11T05:12:40.014861+00:00; Python 3.12.14. Совпали 7 из 7.</w:t>
      </w:r>
    </w:p>
    <w:p>
      <w:r>
        <w:t>| Сценарий | Результат | Контакты | Заявки |</w:t>
      </w:r>
    </w:p>
    <w:p>
      <w:r>
        <w:t>|---|---|---:|---:|</w:t>
      </w:r>
    </w:p>
    <w:p>
      <w:r>
        <w:t>| P01 | LOCAL_CHECK_COMPLETE | 2 | 2 |</w:t>
      </w:r>
    </w:p>
    <w:p>
      <w:r>
        <w:t>| N01 | CHECKSUM_MISMATCH | — | — |</w:t>
      </w:r>
    </w:p>
    <w:p>
      <w:r>
        <w:t>| N02 | MISSING_REQUIRED_FILE | — | — |</w:t>
      </w:r>
    </w:p>
    <w:p>
      <w:r>
        <w:t>| N03 | MISSING_REQUIRED_FILE | — | — |</w:t>
      </w:r>
    </w:p>
    <w:p>
      <w:r>
        <w:t>| N04 | MISSING_ATTACHMENT | — | — |</w:t>
      </w:r>
    </w:p>
    <w:p>
      <w:r>
        <w:t>| N05 | WAIT_HUMAN_REVIEW | 2 | 2 |</w:t>
      </w:r>
    </w:p>
    <w:p>
      <w:r>
        <w:t>| N06 | WAIT_ACCESS_REVOCATION | 2 | 2 |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